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A570" w14:textId="77777777" w:rsidR="006A4B69" w:rsidRDefault="00554159" w:rsidP="00E829C4">
      <w:pPr>
        <w:pStyle w:val="Naslov"/>
        <w:jc w:val="center"/>
      </w:pPr>
      <w:r>
        <w:t>IZJAVA O OSOBNOJ DOSTOJNOSTI</w:t>
      </w:r>
    </w:p>
    <w:p w14:paraId="27D7E2AE" w14:textId="77777777" w:rsidR="008F36B6" w:rsidRDefault="008F36B6" w:rsidP="008F36B6">
      <w:pPr>
        <w:jc w:val="both"/>
      </w:pPr>
    </w:p>
    <w:p w14:paraId="1E046001" w14:textId="7C496C97" w:rsidR="006A4B69" w:rsidRDefault="00554159" w:rsidP="008F36B6">
      <w:pPr>
        <w:jc w:val="both"/>
      </w:pPr>
      <w:r>
        <w:t xml:space="preserve">Ime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>: ________________________________</w:t>
      </w:r>
    </w:p>
    <w:p w14:paraId="28E3C142" w14:textId="77777777" w:rsidR="006A4B69" w:rsidRDefault="00554159" w:rsidP="008F36B6">
      <w:pPr>
        <w:jc w:val="both"/>
      </w:pPr>
      <w:r>
        <w:t>OIB: ________________________________</w:t>
      </w:r>
    </w:p>
    <w:p w14:paraId="4479D1F9" w14:textId="77777777" w:rsidR="006A4B69" w:rsidRDefault="00554159" w:rsidP="008F36B6">
      <w:pPr>
        <w:jc w:val="both"/>
      </w:pPr>
      <w:r>
        <w:t>Datum rođenja: ________________________________</w:t>
      </w:r>
    </w:p>
    <w:p w14:paraId="107924DC" w14:textId="77777777" w:rsidR="006A4B69" w:rsidRDefault="00554159" w:rsidP="008F36B6">
      <w:pPr>
        <w:jc w:val="both"/>
      </w:pPr>
      <w:r>
        <w:t>Adresa stanovanja: ________________________________</w:t>
      </w:r>
    </w:p>
    <w:p w14:paraId="69D0F655" w14:textId="77777777" w:rsidR="008F36B6" w:rsidRDefault="008F36B6" w:rsidP="008F36B6">
      <w:pPr>
        <w:jc w:val="both"/>
      </w:pPr>
    </w:p>
    <w:p w14:paraId="1287D8E0" w14:textId="18604957" w:rsidR="006A4B69" w:rsidRDefault="008F36B6" w:rsidP="008F36B6">
      <w:pPr>
        <w:jc w:val="both"/>
      </w:pPr>
      <w:r>
        <w:t xml:space="preserve">Ja, gore </w:t>
      </w:r>
      <w:proofErr w:type="spellStart"/>
      <w:r>
        <w:t>potpisani</w:t>
      </w:r>
      <w:proofErr w:type="spellEnd"/>
      <w:r>
        <w:t xml:space="preserve">/-a, pod </w:t>
      </w:r>
      <w:proofErr w:type="spellStart"/>
      <w:r>
        <w:t>materijalnom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kaznenom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 </w:t>
      </w:r>
      <w:proofErr w:type="spellStart"/>
      <w:r>
        <w:t>izjavljujem</w:t>
      </w:r>
      <w:proofErr w:type="spellEnd"/>
      <w:r>
        <w:t xml:space="preserve"> da:</w:t>
      </w:r>
      <w:r>
        <w:br/>
      </w:r>
    </w:p>
    <w:p w14:paraId="0097D1C3" w14:textId="32377BFD" w:rsidR="006A4B69" w:rsidRDefault="00554159" w:rsidP="008F36B6">
      <w:pPr>
        <w:jc w:val="both"/>
      </w:pPr>
      <w:r>
        <w:t xml:space="preserve">1. </w:t>
      </w:r>
      <w:proofErr w:type="spellStart"/>
      <w:r>
        <w:t>nisam</w:t>
      </w:r>
      <w:proofErr w:type="spellEnd"/>
      <w:r>
        <w:t xml:space="preserve"> </w:t>
      </w:r>
      <w:proofErr w:type="spellStart"/>
      <w:r>
        <w:t>pravomoćno</w:t>
      </w:r>
      <w:proofErr w:type="spellEnd"/>
      <w:r>
        <w:t xml:space="preserve"> </w:t>
      </w:r>
      <w:proofErr w:type="spellStart"/>
      <w:r>
        <w:t>osuđivan</w:t>
      </w:r>
      <w:proofErr w:type="spellEnd"/>
      <w:r>
        <w:t>/</w:t>
      </w:r>
      <w:r w:rsidR="008F36B6">
        <w:t>-</w:t>
      </w:r>
      <w:r>
        <w:t xml:space="preserve">a za </w:t>
      </w:r>
      <w:proofErr w:type="spellStart"/>
      <w:r>
        <w:t>kaznena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me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nedostojnim</w:t>
      </w:r>
      <w:proofErr w:type="spellEnd"/>
      <w:r>
        <w:t>/</w:t>
      </w:r>
      <w:r w:rsidR="008F36B6">
        <w:t>-</w:t>
      </w:r>
      <w:r>
        <w:t>om za rad u odgojno-obrazovnim ustanovama, osobito za kaznena djela protiv života i tijela, spolne slobode, zlostavljanja i iskorištavanja djeteta te druga kaznena djela propisana važećim zakonima Republike Hrvatske,</w:t>
      </w:r>
    </w:p>
    <w:p w14:paraId="5B56C4C9" w14:textId="77777777" w:rsidR="006A4B69" w:rsidRDefault="00554159" w:rsidP="008F36B6">
      <w:pPr>
        <w:jc w:val="both"/>
      </w:pPr>
      <w:r>
        <w:t>2. se protiv mene ne vodi kazneni postupak za kaznena djela koja bi utjecala na moju podobnost za rad u odgojno-obrazovnim ustanovama,</w:t>
      </w:r>
    </w:p>
    <w:p w14:paraId="2AC82D89" w14:textId="77777777" w:rsidR="006A4B69" w:rsidRDefault="00554159" w:rsidP="008F36B6">
      <w:pPr>
        <w:jc w:val="both"/>
      </w:pPr>
      <w:r>
        <w:t>3. sam upoznat/a da se ova izjava daje u svrhu upisa u program obrazovanja odraslih: „Operativni djelatnik za sigurnost i civilnu zaštitu u odgojno-obrazovnim ustanovama“.</w:t>
      </w:r>
    </w:p>
    <w:p w14:paraId="5C87AFE4" w14:textId="77777777" w:rsidR="006A4B69" w:rsidRDefault="00554159" w:rsidP="008F36B6">
      <w:pPr>
        <w:jc w:val="both"/>
      </w:pPr>
      <w:r>
        <w:t xml:space="preserve">4. svjestan/na sam da davanje neistinitih podataka može imati pravne posljedice te predstavlja osnovu za </w:t>
      </w:r>
      <w:proofErr w:type="spellStart"/>
      <w:r>
        <w:t>odbijanje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isključenje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>.</w:t>
      </w:r>
    </w:p>
    <w:p w14:paraId="2E6F3B79" w14:textId="77777777" w:rsidR="008F36B6" w:rsidRDefault="008F36B6" w:rsidP="008F36B6">
      <w:pPr>
        <w:jc w:val="both"/>
      </w:pPr>
    </w:p>
    <w:p w14:paraId="5C73B6D6" w14:textId="77777777" w:rsidR="006A4B69" w:rsidRDefault="00554159" w:rsidP="008F36B6">
      <w:pPr>
        <w:jc w:val="both"/>
      </w:pPr>
      <w:r>
        <w:br/>
        <w:t>Mjesto i datum: ________________________________</w:t>
      </w:r>
    </w:p>
    <w:p w14:paraId="5E3A16FE" w14:textId="77777777" w:rsidR="006A4B69" w:rsidRDefault="00554159" w:rsidP="008F36B6">
      <w:pPr>
        <w:jc w:val="both"/>
      </w:pPr>
      <w:r>
        <w:t>Vlastoručni potpis: ________________________________</w:t>
      </w:r>
    </w:p>
    <w:sectPr w:rsidR="006A4B6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FA8F" w14:textId="77777777" w:rsidR="00554159" w:rsidRDefault="00554159" w:rsidP="008F36B6">
      <w:pPr>
        <w:spacing w:after="0" w:line="240" w:lineRule="auto"/>
      </w:pPr>
      <w:r>
        <w:separator/>
      </w:r>
    </w:p>
  </w:endnote>
  <w:endnote w:type="continuationSeparator" w:id="0">
    <w:p w14:paraId="75B16715" w14:textId="77777777" w:rsidR="00554159" w:rsidRDefault="00554159" w:rsidP="008F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1789" w14:textId="77777777" w:rsidR="00554159" w:rsidRDefault="00554159" w:rsidP="008F36B6">
      <w:pPr>
        <w:spacing w:after="0" w:line="240" w:lineRule="auto"/>
      </w:pPr>
      <w:r>
        <w:separator/>
      </w:r>
    </w:p>
  </w:footnote>
  <w:footnote w:type="continuationSeparator" w:id="0">
    <w:p w14:paraId="762A72E7" w14:textId="77777777" w:rsidR="00554159" w:rsidRDefault="00554159" w:rsidP="008F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A0F1" w14:textId="15F2F1F8" w:rsidR="008F36B6" w:rsidRDefault="008F36B6">
    <w:pPr>
      <w:pStyle w:val="Zaglavlje"/>
    </w:pPr>
  </w:p>
  <w:p w14:paraId="0F745A4B" w14:textId="77777777" w:rsidR="008F36B6" w:rsidRDefault="008F36B6" w:rsidP="008F36B6">
    <w:pPr>
      <w:pStyle w:val="Zaglavlje"/>
    </w:pPr>
    <w:r>
      <w:rPr>
        <w:noProof/>
      </w:rPr>
      <w:drawing>
        <wp:inline distT="0" distB="0" distL="0" distR="0" wp14:anchorId="7DB89BC0" wp14:editId="2E3C10E8">
          <wp:extent cx="5943600" cy="802640"/>
          <wp:effectExtent l="0" t="0" r="0" b="0"/>
          <wp:docPr id="2088756698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756698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02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742DA5" w14:textId="77777777" w:rsidR="008F36B6" w:rsidRPr="008F36B6" w:rsidRDefault="008F36B6">
    <w:pPr>
      <w:pStyle w:val="Zaglavlj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073635">
    <w:abstractNumId w:val="8"/>
  </w:num>
  <w:num w:numId="2" w16cid:durableId="406726418">
    <w:abstractNumId w:val="6"/>
  </w:num>
  <w:num w:numId="3" w16cid:durableId="1945264242">
    <w:abstractNumId w:val="5"/>
  </w:num>
  <w:num w:numId="4" w16cid:durableId="1896352177">
    <w:abstractNumId w:val="4"/>
  </w:num>
  <w:num w:numId="5" w16cid:durableId="816649773">
    <w:abstractNumId w:val="7"/>
  </w:num>
  <w:num w:numId="6" w16cid:durableId="1564213619">
    <w:abstractNumId w:val="3"/>
  </w:num>
  <w:num w:numId="7" w16cid:durableId="1859850480">
    <w:abstractNumId w:val="2"/>
  </w:num>
  <w:num w:numId="8" w16cid:durableId="575167661">
    <w:abstractNumId w:val="1"/>
  </w:num>
  <w:num w:numId="9" w16cid:durableId="177563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4159"/>
    <w:rsid w:val="006A4B69"/>
    <w:rsid w:val="008F15EA"/>
    <w:rsid w:val="008F36B6"/>
    <w:rsid w:val="00AA1D8D"/>
    <w:rsid w:val="00AB48B6"/>
    <w:rsid w:val="00B47730"/>
    <w:rsid w:val="00CB0664"/>
    <w:rsid w:val="00E82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7AB64"/>
  <w14:defaultImageDpi w14:val="300"/>
  <w15:docId w15:val="{311A206F-0A07-4550-946D-30F44842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Marinela Mokriš</cp:lastModifiedBy>
  <cp:revision>3</cp:revision>
  <dcterms:created xsi:type="dcterms:W3CDTF">2013-12-23T23:15:00Z</dcterms:created>
  <dcterms:modified xsi:type="dcterms:W3CDTF">2026-04-08T07:17:00Z</dcterms:modified>
  <cp:category/>
</cp:coreProperties>
</file>